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4E1D" w:rsidP="3F4515C2" w:rsidRDefault="00BA5AFB" w14:paraId="2BFBE241" w14:textId="18D2D65B">
      <w:pPr>
        <w:pStyle w:val="Heading1"/>
        <w:suppressLineNumbers w:val="0"/>
        <w:bidi w:val="0"/>
        <w:spacing w:before="480" w:beforeAutospacing="off" w:after="0" w:afterAutospacing="off" w:line="276" w:lineRule="auto"/>
        <w:ind w:left="0" w:right="0"/>
        <w:jc w:val="left"/>
        <w:rPr>
          <w:rFonts w:ascii="Outfit" w:hAnsi="Outfit" w:eastAsia="ＭＳ 明朝" w:cs="" w:eastAsiaTheme="minorEastAsia" w:cstheme="minorBidi"/>
          <w:b w:val="0"/>
          <w:bCs w:val="0"/>
          <w:color w:val="auto"/>
        </w:rPr>
      </w:pPr>
      <w:r w:rsidRPr="022724A6" w:rsidR="3F4328FD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>University of Exeter PWP Training – Psychological Therapies Practice (LICBT)</w:t>
      </w:r>
      <w:r w:rsidRPr="022724A6" w:rsidR="074E01D3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 xml:space="preserve"> </w:t>
      </w:r>
      <w:r w:rsidRPr="022724A6" w:rsidR="3F4328FD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 xml:space="preserve">Cohort 41 </w:t>
      </w:r>
      <w:r w:rsidRPr="022724A6" w:rsidR="074E01D3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>(March 2027-</w:t>
      </w:r>
      <w:r w:rsidRPr="022724A6" w:rsidR="1FE88276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>March</w:t>
      </w:r>
      <w:r w:rsidRPr="022724A6" w:rsidR="01F9BA0D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 xml:space="preserve"> </w:t>
      </w:r>
      <w:r w:rsidRPr="022724A6" w:rsidR="074E01D3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 xml:space="preserve">2028) </w:t>
      </w:r>
      <w:r w:rsidRPr="022724A6" w:rsidR="3F4328FD">
        <w:rPr>
          <w:rFonts w:ascii="Outfit" w:hAnsi="Outfit" w:eastAsia="ＭＳ 明朝" w:cs="" w:eastAsiaTheme="minorEastAsia" w:cstheme="minorBidi"/>
          <w:b w:val="0"/>
          <w:bCs w:val="0"/>
          <w:color w:val="auto"/>
        </w:rPr>
        <w:t>Training Dates</w:t>
      </w:r>
    </w:p>
    <w:p w:rsidRPr="00037E13" w:rsidR="00037E13" w:rsidP="00037E13" w:rsidRDefault="00037E13" w14:paraId="790872C7" w14:textId="77777777"/>
    <w:p w:rsidR="00404E1D" w:rsidRDefault="00BA5AFB" w14:paraId="7923A875" w14:textId="24C25CA2">
      <w:pPr>
        <w:rPr>
          <w:rFonts w:ascii="Outfit" w:hAnsi="Outfit"/>
        </w:rPr>
      </w:pPr>
      <w:r w:rsidRPr="022724A6" w:rsidR="531FD19B">
        <w:rPr>
          <w:rFonts w:ascii="Outfit" w:hAnsi="Outfit"/>
        </w:rPr>
        <w:t xml:space="preserve">Please </w:t>
      </w:r>
      <w:r w:rsidRPr="022724A6" w:rsidR="531FD19B">
        <w:rPr>
          <w:rFonts w:ascii="Outfit" w:hAnsi="Outfit"/>
        </w:rPr>
        <w:t>note,</w:t>
      </w:r>
      <w:r w:rsidRPr="022724A6" w:rsidR="531FD19B">
        <w:rPr>
          <w:rFonts w:ascii="Outfit" w:hAnsi="Outfit"/>
        </w:rPr>
        <w:t xml:space="preserve"> in addition to the dates </w:t>
      </w:r>
      <w:r w:rsidRPr="022724A6" w:rsidR="531FD19B">
        <w:rPr>
          <w:rFonts w:ascii="Outfit" w:hAnsi="Outfit"/>
        </w:rPr>
        <w:t>below</w:t>
      </w:r>
      <w:r w:rsidRPr="022724A6" w:rsidR="531FD19B">
        <w:rPr>
          <w:rFonts w:ascii="Outfit" w:hAnsi="Outfit"/>
        </w:rPr>
        <w:t xml:space="preserve"> trainees will require release for </w:t>
      </w:r>
      <w:r w:rsidRPr="022724A6" w:rsidR="531FD19B">
        <w:rPr>
          <w:rFonts w:ascii="Outfit" w:hAnsi="Outfit"/>
          <w:b w:val="1"/>
          <w:bCs w:val="1"/>
        </w:rPr>
        <w:t>15 University Directed Days</w:t>
      </w:r>
      <w:r w:rsidRPr="022724A6" w:rsidR="531FD19B">
        <w:rPr>
          <w:rFonts w:ascii="Outfit" w:hAnsi="Outfit"/>
        </w:rPr>
        <w:t xml:space="preserve"> and </w:t>
      </w:r>
      <w:r w:rsidRPr="022724A6" w:rsidR="5DBAF3DB">
        <w:rPr>
          <w:rFonts w:ascii="Outfit" w:hAnsi="Outfit"/>
        </w:rPr>
        <w:t xml:space="preserve">a minimum of </w:t>
      </w:r>
      <w:r w:rsidRPr="022724A6" w:rsidR="531FD19B">
        <w:rPr>
          <w:rFonts w:ascii="Outfit" w:hAnsi="Outfit"/>
          <w:b w:val="1"/>
          <w:bCs w:val="1"/>
        </w:rPr>
        <w:t>10 Self-Directed Study days</w:t>
      </w:r>
      <w:r w:rsidRPr="022724A6" w:rsidR="531FD19B">
        <w:rPr>
          <w:rFonts w:ascii="Outfit" w:hAnsi="Outfit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3537"/>
        <w:gridCol w:w="2160"/>
      </w:tblGrid>
      <w:tr w:rsidRPr="00037E13" w:rsidR="00404E1D" w:rsidTr="19D98C66" w14:paraId="6139B107" w14:textId="77777777">
        <w:tc>
          <w:tcPr>
            <w:tcW w:w="1242" w:type="dxa"/>
            <w:tcMar/>
          </w:tcPr>
          <w:p w:rsidRPr="00037E13" w:rsidR="00404E1D" w:rsidP="00037E13" w:rsidRDefault="00BA5AFB" w14:paraId="68029054" w14:textId="77777777">
            <w:pPr>
              <w:jc w:val="center"/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Module</w:t>
            </w:r>
          </w:p>
        </w:tc>
        <w:tc>
          <w:tcPr>
            <w:tcW w:w="1701" w:type="dxa"/>
            <w:tcMar/>
          </w:tcPr>
          <w:p w:rsidRPr="00037E13" w:rsidR="00404E1D" w:rsidRDefault="00BA5AFB" w14:paraId="4567E239" w14:textId="77777777">
            <w:pPr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Day</w:t>
            </w:r>
          </w:p>
        </w:tc>
        <w:tc>
          <w:tcPr>
            <w:tcW w:w="3537" w:type="dxa"/>
            <w:tcMar/>
          </w:tcPr>
          <w:p w:rsidRPr="00037E13" w:rsidR="00404E1D" w:rsidRDefault="00BA5AFB" w14:paraId="3D5E7A47" w14:textId="77777777">
            <w:pPr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Date</w:t>
            </w:r>
          </w:p>
        </w:tc>
        <w:tc>
          <w:tcPr>
            <w:tcW w:w="2160" w:type="dxa"/>
            <w:tcMar/>
          </w:tcPr>
          <w:p w:rsidRPr="00037E13" w:rsidR="00404E1D" w:rsidRDefault="00BA5AFB" w14:paraId="6C85B9E7" w14:textId="77777777">
            <w:pPr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Location</w:t>
            </w:r>
          </w:p>
        </w:tc>
      </w:tr>
      <w:tr w:rsidRPr="00037E13" w:rsidR="00404E1D" w:rsidTr="19D98C66" w14:paraId="63CFF5ED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7D4938C6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Induction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7D13FEF5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Induction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329071A" w14:textId="6E6A6AF9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Tuesday 9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March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8021AEE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7BFC7E09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3C1A714B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D792F2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D139E87" w14:textId="418DEE36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10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March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4B557F7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3C54308B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07C2146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515339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9696520" w14:textId="53DEBBD5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11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March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B594FB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18549BF8" w14:textId="77777777">
        <w:tc>
          <w:tcPr>
            <w:tcW w:w="1242" w:type="dxa"/>
            <w:tcMar/>
          </w:tcPr>
          <w:p w:rsidRPr="00037E13" w:rsidR="00404E1D" w:rsidP="00037E13" w:rsidRDefault="00BA5AFB" w14:paraId="04D71127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49B9B1AD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3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73E20FA3" w14:textId="3BBBE3AF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Tuesday 23</w:t>
            </w:r>
            <w:r w:rsidRPr="00717315" w:rsidR="00717315">
              <w:rPr>
                <w:rFonts w:ascii="Outfit" w:hAnsi="Outfit"/>
                <w:vertAlign w:val="superscript"/>
              </w:rPr>
              <w:t>rd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March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427EDF9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53F9DD41" w14:textId="77777777">
        <w:tc>
          <w:tcPr>
            <w:tcW w:w="1242" w:type="dxa"/>
            <w:tcMar/>
          </w:tcPr>
          <w:p w:rsidRPr="00037E13" w:rsidR="00404E1D" w:rsidP="00037E13" w:rsidRDefault="00BA5AFB" w14:paraId="00F03318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19E4C376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4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782B51FE" w14:textId="7229FDFD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24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March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30F5779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00DDE179" w14:textId="77777777">
        <w:tc>
          <w:tcPr>
            <w:tcW w:w="1242" w:type="dxa"/>
            <w:tcMar/>
          </w:tcPr>
          <w:p w:rsidRPr="00037E13" w:rsidR="00404E1D" w:rsidP="00037E13" w:rsidRDefault="00BA5AFB" w14:paraId="33A9FB0E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1B1105E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5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771C4322" w14:textId="5BC4AC7A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25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March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124875DA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7F99E643" w14:textId="77777777">
        <w:tc>
          <w:tcPr>
            <w:tcW w:w="1242" w:type="dxa"/>
            <w:tcMar/>
          </w:tcPr>
          <w:p w:rsidRPr="00037E13" w:rsidR="00404E1D" w:rsidP="00037E13" w:rsidRDefault="00BA5AFB" w14:paraId="5B1F980D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6619144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6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6B2C8A4A" w14:textId="116487CC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Tuesday 6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April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26C21B31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24DB9E2C" w14:textId="77777777">
        <w:tc>
          <w:tcPr>
            <w:tcW w:w="1242" w:type="dxa"/>
            <w:tcMar/>
          </w:tcPr>
          <w:p w:rsidRPr="00037E13" w:rsidR="00404E1D" w:rsidP="00037E13" w:rsidRDefault="00BA5AFB" w14:paraId="4E2392C6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45C28847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7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52F2D72C" w14:textId="128756CF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7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April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4935827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48E8A389" w14:textId="77777777">
        <w:tc>
          <w:tcPr>
            <w:tcW w:w="1242" w:type="dxa"/>
            <w:tcMar/>
          </w:tcPr>
          <w:p w:rsidRPr="00037E13" w:rsidR="00404E1D" w:rsidP="00037E13" w:rsidRDefault="00BA5AFB" w14:paraId="184FD0A2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490397BD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8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29E1130A" w14:textId="22EFEB95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8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April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3AA43742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22245111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FD6A054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7D17D07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9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AB6261A" w14:textId="24C913D2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Tuesday 20</w:t>
            </w:r>
            <w:r w:rsidRPr="00717315" w:rsidR="00717315">
              <w:rPr>
                <w:rFonts w:ascii="Outfit" w:hAnsi="Outfit"/>
                <w:vertAlign w:val="superscript"/>
              </w:rPr>
              <w:t>th</w:t>
            </w:r>
            <w:r w:rsidR="00717315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April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8E05B8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51A6BDD0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646B8CA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22BFF6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10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CF16949" w14:textId="6D5922E0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21</w:t>
            </w:r>
            <w:r w:rsidRPr="00012E08" w:rsidR="00012E08">
              <w:rPr>
                <w:rFonts w:ascii="Outfit" w:hAnsi="Outfit"/>
                <w:vertAlign w:val="superscript"/>
              </w:rPr>
              <w:t>st</w:t>
            </w:r>
            <w:r w:rsidR="00012E08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April 2027</w:t>
            </w:r>
            <w:r w:rsidR="005C3F2A">
              <w:rPr>
                <w:rFonts w:ascii="Outfit" w:hAnsi="Outfit"/>
              </w:rPr>
              <w:t xml:space="preserve"> Or Thursday 22</w:t>
            </w:r>
            <w:r w:rsidRPr="005C3F2A" w:rsidR="005C3F2A">
              <w:rPr>
                <w:rFonts w:ascii="Outfit" w:hAnsi="Outfit"/>
                <w:vertAlign w:val="superscript"/>
              </w:rPr>
              <w:t>nd</w:t>
            </w:r>
            <w:r w:rsidR="005C3F2A">
              <w:rPr>
                <w:rFonts w:ascii="Outfit" w:hAnsi="Outfit"/>
              </w:rPr>
              <w:t xml:space="preserve"> April </w:t>
            </w:r>
            <w:r w:rsidR="000E35E2">
              <w:rPr>
                <w:rFonts w:ascii="Outfit" w:hAnsi="Outfit"/>
              </w:rPr>
              <w:t>*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460D3B6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0E35E2" w:rsidTr="19D98C66" w14:paraId="5AAB6760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0E35E2" w:rsidP="00037E13" w:rsidRDefault="000E35E2" w14:paraId="658BBAE7" w14:textId="018972BF">
            <w:pPr>
              <w:spacing w:line="360" w:lineRule="auto"/>
              <w:jc w:val="center"/>
              <w:rPr>
                <w:rFonts w:ascii="Outfit" w:hAnsi="Outfit"/>
              </w:rPr>
            </w:pPr>
            <w:r>
              <w:rPr>
                <w:rFonts w:ascii="Outfit" w:hAnsi="Outfit"/>
              </w:rPr>
              <w:t>1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0E35E2" w:rsidP="00037E13" w:rsidRDefault="000E35E2" w14:paraId="3C8E19A4" w14:textId="1D2DCFCB">
            <w:pPr>
              <w:spacing w:line="360" w:lineRule="auto"/>
              <w:rPr>
                <w:rFonts w:ascii="Outfit" w:hAnsi="Outfit"/>
              </w:rPr>
            </w:pPr>
            <w:r>
              <w:rPr>
                <w:rFonts w:ascii="Outfit" w:hAnsi="Outfit"/>
              </w:rPr>
              <w:t>Assessment **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0E35E2" w:rsidP="00037E13" w:rsidRDefault="000E35E2" w14:paraId="327A8DBC" w14:textId="538C8CC6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Tuesday 4</w:t>
            </w:r>
            <w:r w:rsidRPr="00012E08" w:rsidR="00012E08">
              <w:rPr>
                <w:rFonts w:ascii="Outfit" w:hAnsi="Outfit"/>
                <w:vertAlign w:val="superscript"/>
              </w:rPr>
              <w:t>th</w:t>
            </w:r>
            <w:r w:rsidRPr="00037E13">
              <w:rPr>
                <w:rFonts w:ascii="Outfit" w:hAnsi="Outfit"/>
              </w:rPr>
              <w:t>, Wednesday 5</w:t>
            </w:r>
            <w:r w:rsidRPr="00012E08" w:rsidR="00012E08">
              <w:rPr>
                <w:rFonts w:ascii="Outfit" w:hAnsi="Outfit"/>
                <w:vertAlign w:val="superscript"/>
              </w:rPr>
              <w:t>th</w:t>
            </w:r>
            <w:r w:rsidR="00012E08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or Thursday 6</w:t>
            </w:r>
            <w:r w:rsidRPr="00012E08" w:rsidR="00012E08">
              <w:rPr>
                <w:rFonts w:ascii="Outfit" w:hAnsi="Outfit"/>
                <w:vertAlign w:val="superscript"/>
              </w:rPr>
              <w:t>th</w:t>
            </w:r>
            <w:r w:rsidR="00012E08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May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0E35E2" w:rsidP="00037E13" w:rsidRDefault="000E35E2" w14:paraId="229C2104" w14:textId="29403FBA">
            <w:pPr>
              <w:spacing w:line="360" w:lineRule="auto"/>
              <w:rPr>
                <w:rFonts w:ascii="Outfit" w:hAnsi="Outfit"/>
              </w:rPr>
            </w:pPr>
            <w:r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5DA82F3C" w14:textId="77777777">
        <w:tc>
          <w:tcPr>
            <w:tcW w:w="1242" w:type="dxa"/>
            <w:tcMar/>
          </w:tcPr>
          <w:p w:rsidRPr="00037E13" w:rsidR="00404E1D" w:rsidP="00037E13" w:rsidRDefault="00BA5AFB" w14:paraId="04CCC675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3EE62D9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11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1F6F4DA6" w14:textId="5F3C4084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19</w:t>
            </w:r>
            <w:r w:rsidRPr="00012E08" w:rsidR="00012E08">
              <w:rPr>
                <w:rFonts w:ascii="Outfit" w:hAnsi="Outfit"/>
                <w:vertAlign w:val="superscript"/>
              </w:rPr>
              <w:t>th</w:t>
            </w:r>
            <w:r w:rsidR="00012E08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May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0C02ACB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3EE7E972" w14:textId="77777777">
        <w:tc>
          <w:tcPr>
            <w:tcW w:w="1242" w:type="dxa"/>
            <w:tcMar/>
          </w:tcPr>
          <w:p w:rsidRPr="00037E13" w:rsidR="00404E1D" w:rsidP="00037E13" w:rsidRDefault="00BA5AFB" w14:paraId="1828F355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760BB1E2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12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39B4192C" w14:textId="142F2781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20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May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4D368061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5A581591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1F39CF1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9D8C44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13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BEEEC39" w14:textId="1B3C719C">
            <w:pPr>
              <w:spacing w:line="360" w:lineRule="auto"/>
              <w:rPr>
                <w:rFonts w:ascii="Outfit" w:hAnsi="Outfit"/>
              </w:rPr>
            </w:pPr>
            <w:r w:rsidRPr="19D98C66" w:rsidR="6D6759E4">
              <w:rPr>
                <w:rFonts w:ascii="Outfit" w:hAnsi="Outfit"/>
              </w:rPr>
              <w:t>Wedn</w:t>
            </w:r>
            <w:r w:rsidRPr="19D98C66" w:rsidR="4B96E4E5">
              <w:rPr>
                <w:rFonts w:ascii="Outfit" w:hAnsi="Outfit"/>
              </w:rPr>
              <w:t xml:space="preserve">esday </w:t>
            </w:r>
            <w:r w:rsidRPr="19D98C66" w:rsidR="150FAEBA">
              <w:rPr>
                <w:rFonts w:ascii="Outfit" w:hAnsi="Outfit"/>
              </w:rPr>
              <w:t>26</w:t>
            </w:r>
            <w:r w:rsidRPr="19D98C66" w:rsidR="150FAEBA">
              <w:rPr>
                <w:rFonts w:ascii="Outfit" w:hAnsi="Outfit"/>
                <w:vertAlign w:val="superscript"/>
              </w:rPr>
              <w:t>th</w:t>
            </w:r>
            <w:r w:rsidRPr="19D98C66" w:rsidR="150FAEBA">
              <w:rPr>
                <w:rFonts w:ascii="Outfit" w:hAnsi="Outfit"/>
              </w:rPr>
              <w:t xml:space="preserve"> </w:t>
            </w:r>
            <w:r w:rsidRPr="19D98C66" w:rsidR="4B96E4E5">
              <w:rPr>
                <w:rFonts w:ascii="Outfit" w:hAnsi="Outfit"/>
              </w:rPr>
              <w:t>May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7E9406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6C5FDEBB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0404255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3C3D6483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14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A45C0D2" w14:textId="0ADC88F7">
            <w:pPr>
              <w:spacing w:line="360" w:lineRule="auto"/>
              <w:rPr>
                <w:rFonts w:ascii="Outfit" w:hAnsi="Outfit"/>
              </w:rPr>
            </w:pPr>
            <w:r w:rsidRPr="19D98C66" w:rsidR="723BDA8A">
              <w:rPr>
                <w:rFonts w:ascii="Outfit" w:hAnsi="Outfit"/>
              </w:rPr>
              <w:t>Thur</w:t>
            </w:r>
            <w:r w:rsidRPr="19D98C66" w:rsidR="4B96E4E5">
              <w:rPr>
                <w:rFonts w:ascii="Outfit" w:hAnsi="Outfit"/>
              </w:rPr>
              <w:t xml:space="preserve">sday </w:t>
            </w:r>
            <w:r w:rsidRPr="19D98C66" w:rsidR="723BDA8A">
              <w:rPr>
                <w:rFonts w:ascii="Outfit" w:hAnsi="Outfit"/>
              </w:rPr>
              <w:t>27</w:t>
            </w:r>
            <w:r w:rsidRPr="19D98C66" w:rsidR="723BDA8A">
              <w:rPr>
                <w:rFonts w:ascii="Outfit" w:hAnsi="Outfit"/>
                <w:vertAlign w:val="superscript"/>
              </w:rPr>
              <w:t>th</w:t>
            </w:r>
            <w:r w:rsidRPr="19D98C66" w:rsidR="723BDA8A">
              <w:rPr>
                <w:rFonts w:ascii="Outfit" w:hAnsi="Outfit"/>
              </w:rPr>
              <w:t xml:space="preserve"> </w:t>
            </w:r>
            <w:r w:rsidRPr="19D98C66" w:rsidR="4B96E4E5">
              <w:rPr>
                <w:rFonts w:ascii="Outfit" w:hAnsi="Outfit"/>
              </w:rPr>
              <w:t>May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103083E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03811883" w14:textId="77777777">
        <w:tc>
          <w:tcPr>
            <w:tcW w:w="1242" w:type="dxa"/>
            <w:tcMar/>
          </w:tcPr>
          <w:p w:rsidRPr="00037E13" w:rsidR="00404E1D" w:rsidP="00037E13" w:rsidRDefault="00BA5AFB" w14:paraId="34F08C38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0B400F1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15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338FE1E3" w14:textId="5143BE2F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9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June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31D996F6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4D1509E7" w14:textId="77777777">
        <w:tc>
          <w:tcPr>
            <w:tcW w:w="1242" w:type="dxa"/>
            <w:tcMar/>
          </w:tcPr>
          <w:p w:rsidRPr="00037E13" w:rsidR="00404E1D" w:rsidP="00037E13" w:rsidRDefault="00BA5AFB" w14:paraId="0A961576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3AC2085D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16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40C7AFFA" w14:textId="20F79D6B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10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June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47B6DBA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46C94339" w14:textId="77777777">
        <w:tc>
          <w:tcPr>
            <w:tcW w:w="1242" w:type="dxa"/>
            <w:tcMar/>
          </w:tcPr>
          <w:p w:rsidRPr="00037E13" w:rsidR="00404E1D" w:rsidP="00037E13" w:rsidRDefault="00BA5AFB" w14:paraId="3B29CF44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4E01303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17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1EA32631" w14:textId="4B4253DE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23</w:t>
            </w:r>
            <w:r w:rsidRPr="002527A9" w:rsidR="002527A9">
              <w:rPr>
                <w:rFonts w:ascii="Outfit" w:hAnsi="Outfit"/>
                <w:vertAlign w:val="superscript"/>
              </w:rPr>
              <w:t>rd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June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73FCDD78" w14:textId="5B6CB898">
            <w:pPr>
              <w:spacing w:line="360" w:lineRule="auto"/>
              <w:rPr>
                <w:rFonts w:ascii="Outfit" w:hAnsi="Outfit"/>
              </w:rPr>
            </w:pPr>
            <w:r w:rsidRPr="19D98C66" w:rsidR="2D2AE285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5FBCA791" w14:textId="77777777">
        <w:tc>
          <w:tcPr>
            <w:tcW w:w="1242" w:type="dxa"/>
            <w:tcMar/>
          </w:tcPr>
          <w:p w:rsidRPr="00037E13" w:rsidR="00404E1D" w:rsidP="00037E13" w:rsidRDefault="00BA5AFB" w14:paraId="3224BAA6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46193D15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18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5149331B" w14:textId="04472869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24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June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003A82E8" w14:textId="28B41582">
            <w:pPr>
              <w:spacing w:line="360" w:lineRule="auto"/>
              <w:rPr>
                <w:rFonts w:ascii="Outfit" w:hAnsi="Outfit"/>
              </w:rPr>
            </w:pPr>
            <w:r w:rsidRPr="19D98C66" w:rsidR="420EAAE2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285B9957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37542BD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48E2574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19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7C3F8FFB" w14:textId="09DD3FFA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7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July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D837CE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31BEACAA" w14:textId="77777777">
        <w:tc>
          <w:tcPr>
            <w:tcW w:w="1242" w:type="dxa"/>
            <w:tcMar/>
          </w:tcPr>
          <w:p w:rsidRPr="00037E13" w:rsidR="00404E1D" w:rsidP="00037E13" w:rsidRDefault="00BA5AFB" w14:paraId="5D1655E7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lastRenderedPageBreak/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3CEA5AB5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20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05A698CA" w14:textId="2FC72224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14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July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6340385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4B319D2D" w14:textId="77777777">
        <w:tc>
          <w:tcPr>
            <w:tcW w:w="1242" w:type="dxa"/>
            <w:tcMar/>
          </w:tcPr>
          <w:p w:rsidRPr="00037E13" w:rsidR="00404E1D" w:rsidP="00037E13" w:rsidRDefault="00BA5AFB" w14:paraId="7AF2B2AC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4BBD642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21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3BB8D735" w14:textId="07A13B1B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15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July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3D24E352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7FD93AF2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9679FC3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768E291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22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7DC8AFA3" w14:textId="1DACBFBE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28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July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706EDB0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2D929EFD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BB75717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394ECE3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23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350B103" w14:textId="215CC532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29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July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9A36CD3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28484729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CEA1C8F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C56932E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24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0594804" w14:textId="2B9C1B63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</w:t>
            </w:r>
            <w:r w:rsidRPr="002527A9" w:rsidR="002527A9">
              <w:rPr>
                <w:rFonts w:ascii="Outfit" w:hAnsi="Outfit"/>
                <w:vertAlign w:val="superscript"/>
              </w:rPr>
              <w:t>st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September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C2CA87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2A963DC2" w14:textId="77777777">
        <w:tc>
          <w:tcPr>
            <w:tcW w:w="1242" w:type="dxa"/>
            <w:tcMar/>
          </w:tcPr>
          <w:p w:rsidRPr="00037E13" w:rsidR="00404E1D" w:rsidP="00037E13" w:rsidRDefault="00BA5AFB" w14:paraId="77DEA684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33A6FFC1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25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28AE54E0" w14:textId="689DDFDF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15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September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42FACCF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7C390E07" w14:textId="77777777">
        <w:tc>
          <w:tcPr>
            <w:tcW w:w="1242" w:type="dxa"/>
            <w:tcMar/>
          </w:tcPr>
          <w:p w:rsidRPr="00037E13" w:rsidR="00404E1D" w:rsidP="00037E13" w:rsidRDefault="00BA5AFB" w14:paraId="60CBF206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tcMar/>
          </w:tcPr>
          <w:p w:rsidRPr="00037E13" w:rsidR="00404E1D" w:rsidP="00037E13" w:rsidRDefault="00BA5AFB" w14:paraId="0B10B303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26</w:t>
            </w:r>
          </w:p>
        </w:tc>
        <w:tc>
          <w:tcPr>
            <w:tcW w:w="3537" w:type="dxa"/>
            <w:tcMar/>
          </w:tcPr>
          <w:p w:rsidRPr="00037E13" w:rsidR="00404E1D" w:rsidP="00037E13" w:rsidRDefault="00BA5AFB" w14:paraId="1AB043F9" w14:textId="2D5AC8D5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16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September 2027</w:t>
            </w:r>
          </w:p>
        </w:tc>
        <w:tc>
          <w:tcPr>
            <w:tcW w:w="2160" w:type="dxa"/>
            <w:tcMar/>
          </w:tcPr>
          <w:p w:rsidRPr="00037E13" w:rsidR="00404E1D" w:rsidP="00037E13" w:rsidRDefault="00BA5AFB" w14:paraId="772C5EAD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Face to face</w:t>
            </w:r>
          </w:p>
        </w:tc>
      </w:tr>
      <w:tr w:rsidRPr="00037E13" w:rsidR="00404E1D" w:rsidTr="19D98C66" w14:paraId="188EF184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33DC140F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CFA647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27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CEDA524" w14:textId="12EEE354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29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September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3E5237A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6DC60C8E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3ED40189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64BC187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28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34C534E" w14:textId="3FD48C2D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13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October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224831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0112DD23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1DC9673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684A526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29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9C087D0" w14:textId="249DFBA3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10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November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3A26E45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64E640C1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BBA4109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435DCE63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30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0C38249" w14:textId="3029955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</w:t>
            </w:r>
            <w:r w:rsidRPr="002527A9" w:rsidR="002527A9">
              <w:rPr>
                <w:rFonts w:ascii="Outfit" w:hAnsi="Outfit"/>
                <w:vertAlign w:val="superscript"/>
              </w:rPr>
              <w:t>st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December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769E796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41CB1B44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704F1A8E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5BAAFC0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31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5F51D77" w14:textId="1FBE9A96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2</w:t>
            </w:r>
            <w:r w:rsidRPr="002527A9" w:rsidR="002527A9">
              <w:rPr>
                <w:rFonts w:ascii="Outfit" w:hAnsi="Outfit"/>
                <w:vertAlign w:val="superscript"/>
              </w:rPr>
              <w:t>nd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December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7780100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4CE5708D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27E1D75F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E101EE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32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6B7EFB2E" w14:textId="1BC738AF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Wednesday 15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December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0176FD70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  <w:tr w:rsidRPr="00037E13" w:rsidR="00404E1D" w:rsidTr="19D98C66" w14:paraId="65E51DB0" w14:textId="77777777">
        <w:tc>
          <w:tcPr>
            <w:tcW w:w="1242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191BBA47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1701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7C5E7B2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Day 33</w:t>
            </w:r>
          </w:p>
        </w:tc>
        <w:tc>
          <w:tcPr>
            <w:tcW w:w="3537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5E567074" w14:textId="024F5388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Thursday 16</w:t>
            </w:r>
            <w:r w:rsidRPr="002527A9" w:rsidR="002527A9">
              <w:rPr>
                <w:rFonts w:ascii="Outfit" w:hAnsi="Outfit"/>
                <w:vertAlign w:val="superscript"/>
              </w:rPr>
              <w:t>th</w:t>
            </w:r>
            <w:r w:rsidR="002527A9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December 2027</w:t>
            </w:r>
          </w:p>
        </w:tc>
        <w:tc>
          <w:tcPr>
            <w:tcW w:w="2160" w:type="dxa"/>
            <w:shd w:val="clear" w:color="auto" w:fill="DBE5F1" w:themeFill="accent1" w:themeFillTint="33"/>
            <w:tcMar/>
          </w:tcPr>
          <w:p w:rsidRPr="00037E13" w:rsidR="00404E1D" w:rsidP="00037E13" w:rsidRDefault="00BA5AFB" w14:paraId="3524F559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Online</w:t>
            </w:r>
          </w:p>
        </w:tc>
      </w:tr>
    </w:tbl>
    <w:p w:rsidRPr="00F63D74" w:rsidR="00F63D74" w:rsidP="00F63D74" w:rsidRDefault="00F63D74" w14:paraId="624FB160" w14:textId="77777777">
      <w:pPr>
        <w:rPr>
          <w:rFonts w:ascii="Outfit" w:hAnsi="Outfit"/>
          <w:lang w:val="en-GB"/>
        </w:rPr>
      </w:pPr>
      <w:r w:rsidRPr="00F63D74">
        <w:rPr>
          <w:rFonts w:ascii="Outfit" w:hAnsi="Outfit"/>
          <w:lang w:val="en-GB"/>
        </w:rPr>
        <w:t>*Trainees will only need to attend two of these dates, either the Tuesday &amp; Wednesday or Tuesday &amp; Thursday </w:t>
      </w:r>
    </w:p>
    <w:p w:rsidRPr="00F63D74" w:rsidR="00F63D74" w:rsidP="00F63D74" w:rsidRDefault="00F63D74" w14:paraId="26549302" w14:textId="77777777">
      <w:pPr>
        <w:rPr>
          <w:rFonts w:ascii="Outfit" w:hAnsi="Outfit"/>
          <w:lang w:val="en-GB"/>
        </w:rPr>
      </w:pPr>
      <w:r w:rsidRPr="00F63D74">
        <w:rPr>
          <w:rFonts w:ascii="Outfit" w:hAnsi="Outfit"/>
          <w:lang w:val="en-GB"/>
        </w:rPr>
        <w:t>**Trainees will only need to attend for one half day on one of these dates </w:t>
      </w:r>
    </w:p>
    <w:p w:rsidRPr="00F63D74" w:rsidR="00404E1D" w:rsidRDefault="00BA5AFB" w14:paraId="21B0D848" w14:textId="1578B08C">
      <w:pPr>
        <w:rPr>
          <w:rFonts w:ascii="Outfit" w:hAnsi="Outfit"/>
          <w:b/>
          <w:bCs/>
          <w:u w:val="single"/>
        </w:rPr>
      </w:pPr>
      <w:r w:rsidRPr="00F63D74">
        <w:rPr>
          <w:rFonts w:ascii="Outfit" w:hAnsi="Outfit"/>
          <w:b/>
          <w:bCs/>
          <w:u w:val="single"/>
        </w:rPr>
        <w:t>Assignment Dates (</w:t>
      </w:r>
      <w:r w:rsidRPr="00F63D74" w:rsidR="00037E13">
        <w:rPr>
          <w:rFonts w:ascii="Outfit" w:hAnsi="Outfit"/>
          <w:b/>
          <w:bCs/>
          <w:u w:val="single"/>
        </w:rPr>
        <w:t>TBC</w:t>
      </w:r>
      <w:r w:rsidRPr="00F63D74">
        <w:rPr>
          <w:rFonts w:ascii="Outfit" w:hAnsi="Outfit"/>
          <w:b/>
          <w:bCs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4137"/>
      </w:tblGrid>
      <w:tr w:rsidRPr="00037E13" w:rsidR="00404E1D" w:rsidTr="3F4515C2" w14:paraId="12B2D711" w14:textId="77777777">
        <w:tc>
          <w:tcPr>
            <w:tcW w:w="1101" w:type="dxa"/>
            <w:tcMar/>
          </w:tcPr>
          <w:p w:rsidRPr="00037E13" w:rsidR="00404E1D" w:rsidP="00037E13" w:rsidRDefault="00BA5AFB" w14:paraId="186618DA" w14:textId="77777777">
            <w:pPr>
              <w:spacing w:line="360" w:lineRule="auto"/>
              <w:jc w:val="center"/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Module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1FD41CBE" w14:textId="77777777">
            <w:pPr>
              <w:spacing w:line="360" w:lineRule="auto"/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Assignment</w:t>
            </w:r>
          </w:p>
        </w:tc>
        <w:tc>
          <w:tcPr>
            <w:tcW w:w="4137" w:type="dxa"/>
            <w:tcMar/>
          </w:tcPr>
          <w:p w:rsidRPr="00037E13" w:rsidR="00404E1D" w:rsidP="00037E13" w:rsidRDefault="00BA5AFB" w14:paraId="275F6BAF" w14:textId="77777777">
            <w:pPr>
              <w:spacing w:line="360" w:lineRule="auto"/>
              <w:rPr>
                <w:rFonts w:ascii="Outfit" w:hAnsi="Outfit"/>
                <w:b/>
                <w:bCs/>
              </w:rPr>
            </w:pPr>
            <w:r w:rsidRPr="00037E13">
              <w:rPr>
                <w:rFonts w:ascii="Outfit" w:hAnsi="Outfit"/>
                <w:b/>
                <w:bCs/>
              </w:rPr>
              <w:t>Deadline</w:t>
            </w:r>
          </w:p>
        </w:tc>
      </w:tr>
      <w:tr w:rsidRPr="00037E13" w:rsidR="00404E1D" w:rsidTr="3F4515C2" w14:paraId="62E1CB8D" w14:textId="77777777">
        <w:tc>
          <w:tcPr>
            <w:tcW w:w="1101" w:type="dxa"/>
            <w:tcMar/>
          </w:tcPr>
          <w:p w:rsidRPr="00037E13" w:rsidR="00404E1D" w:rsidP="00037E13" w:rsidRDefault="00BA5AFB" w14:paraId="71F16D62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55FE2A02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Competency Assessment LIVE</w:t>
            </w:r>
          </w:p>
        </w:tc>
        <w:tc>
          <w:tcPr>
            <w:tcW w:w="4137" w:type="dxa"/>
            <w:tcMar/>
          </w:tcPr>
          <w:p w:rsidRPr="00037E13" w:rsidR="00404E1D" w:rsidP="00037E13" w:rsidRDefault="00BA5AFB" w14:paraId="129E6DAA" w14:textId="21D40042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Tuesday 4</w:t>
            </w:r>
            <w:r w:rsidRPr="00777E50" w:rsidR="00777E50">
              <w:rPr>
                <w:rFonts w:ascii="Outfit" w:hAnsi="Outfit"/>
                <w:vertAlign w:val="superscript"/>
              </w:rPr>
              <w:t>th</w:t>
            </w:r>
            <w:r w:rsidRPr="00037E13">
              <w:rPr>
                <w:rFonts w:ascii="Outfit" w:hAnsi="Outfit"/>
              </w:rPr>
              <w:t>, Wednesday 5</w:t>
            </w:r>
            <w:r w:rsidRPr="00777E50" w:rsidR="00777E50">
              <w:rPr>
                <w:rFonts w:ascii="Outfit" w:hAnsi="Outfit"/>
                <w:vertAlign w:val="superscript"/>
              </w:rPr>
              <w:t>th</w:t>
            </w:r>
            <w:r w:rsidR="00777E50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or Thursday 6</w:t>
            </w:r>
            <w:r w:rsidRPr="00777E50" w:rsidR="00777E50">
              <w:rPr>
                <w:rFonts w:ascii="Outfit" w:hAnsi="Outfit"/>
                <w:vertAlign w:val="superscript"/>
              </w:rPr>
              <w:t>th</w:t>
            </w:r>
            <w:r w:rsidR="00777E50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May 2027</w:t>
            </w:r>
          </w:p>
        </w:tc>
      </w:tr>
      <w:tr w:rsidRPr="00037E13" w:rsidR="00404E1D" w:rsidTr="3F4515C2" w14:paraId="0D8504E2" w14:textId="77777777">
        <w:tc>
          <w:tcPr>
            <w:tcW w:w="1101" w:type="dxa"/>
            <w:tcMar/>
          </w:tcPr>
          <w:p w:rsidRPr="00037E13" w:rsidR="00404E1D" w:rsidP="00037E13" w:rsidRDefault="00BA5AFB" w14:paraId="0B4AD44A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50BEDC3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Essay</w:t>
            </w:r>
          </w:p>
        </w:tc>
        <w:tc>
          <w:tcPr>
            <w:tcW w:w="4137" w:type="dxa"/>
            <w:tcMar/>
          </w:tcPr>
          <w:p w:rsidRPr="00037E13" w:rsidR="00404E1D" w:rsidP="00037E13" w:rsidRDefault="00BA5AFB" w14:paraId="4513392B" w14:textId="523A6A3F">
            <w:pPr>
              <w:spacing w:line="360" w:lineRule="auto"/>
              <w:rPr>
                <w:rFonts w:ascii="Outfit" w:hAnsi="Outfit"/>
              </w:rPr>
            </w:pPr>
            <w:r w:rsidRPr="3F4515C2" w:rsidR="6B9ACC77">
              <w:rPr>
                <w:rFonts w:ascii="Outfit" w:hAnsi="Outfit"/>
              </w:rPr>
              <w:t xml:space="preserve">Tuesday </w:t>
            </w:r>
            <w:r w:rsidRPr="3F4515C2" w:rsidR="26CB0C63">
              <w:rPr>
                <w:rFonts w:ascii="Outfit" w:hAnsi="Outfit"/>
              </w:rPr>
              <w:t>8</w:t>
            </w:r>
            <w:r w:rsidRPr="3F4515C2" w:rsidR="26CB0C63">
              <w:rPr>
                <w:rFonts w:ascii="Outfit" w:hAnsi="Outfit"/>
                <w:vertAlign w:val="superscript"/>
              </w:rPr>
              <w:t>th</w:t>
            </w:r>
            <w:r w:rsidRPr="3F4515C2" w:rsidR="26CB0C63">
              <w:rPr>
                <w:rFonts w:ascii="Outfit" w:hAnsi="Outfit"/>
              </w:rPr>
              <w:t xml:space="preserve"> </w:t>
            </w:r>
            <w:r w:rsidRPr="3F4515C2" w:rsidR="2A92041D">
              <w:rPr>
                <w:rFonts w:ascii="Outfit" w:hAnsi="Outfit"/>
              </w:rPr>
              <w:t>J</w:t>
            </w:r>
            <w:r w:rsidRPr="3F4515C2" w:rsidR="2A92041D">
              <w:rPr>
                <w:rFonts w:ascii="Outfit" w:hAnsi="Outfit"/>
              </w:rPr>
              <w:t>une</w:t>
            </w:r>
            <w:r w:rsidRPr="3F4515C2" w:rsidR="6B9ACC77">
              <w:rPr>
                <w:rFonts w:ascii="Outfit" w:hAnsi="Outfit"/>
              </w:rPr>
              <w:t xml:space="preserve"> 2027</w:t>
            </w:r>
          </w:p>
        </w:tc>
      </w:tr>
      <w:tr w:rsidRPr="00037E13" w:rsidR="00404E1D" w:rsidTr="3F4515C2" w14:paraId="0DEACBCF" w14:textId="77777777">
        <w:tc>
          <w:tcPr>
            <w:tcW w:w="1101" w:type="dxa"/>
            <w:tcMar/>
          </w:tcPr>
          <w:p w:rsidRPr="00037E13" w:rsidR="00404E1D" w:rsidP="00037E13" w:rsidRDefault="00BA5AFB" w14:paraId="431918E9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34DD6F13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Formative Tape</w:t>
            </w:r>
          </w:p>
        </w:tc>
        <w:tc>
          <w:tcPr>
            <w:tcW w:w="4137" w:type="dxa"/>
            <w:tcMar/>
          </w:tcPr>
          <w:p w:rsidRPr="00037E13" w:rsidR="00404E1D" w:rsidP="00037E13" w:rsidRDefault="00777E50" w14:paraId="2DFAE9DF" w14:textId="5E884F94">
            <w:pPr>
              <w:spacing w:line="360" w:lineRule="auto"/>
              <w:rPr>
                <w:rFonts w:ascii="Outfit" w:hAnsi="Outfit"/>
              </w:rPr>
            </w:pPr>
            <w:r>
              <w:rPr>
                <w:rFonts w:ascii="Outfit" w:hAnsi="Outfit"/>
              </w:rPr>
              <w:t>Wednesday 11</w:t>
            </w:r>
            <w:r w:rsidRPr="00777E50">
              <w:rPr>
                <w:rFonts w:ascii="Outfit" w:hAnsi="Outfit"/>
                <w:vertAlign w:val="superscript"/>
              </w:rPr>
              <w:t>th</w:t>
            </w:r>
            <w:r>
              <w:rPr>
                <w:rFonts w:ascii="Outfit" w:hAnsi="Outfit"/>
              </w:rPr>
              <w:t xml:space="preserve"> </w:t>
            </w:r>
            <w:r w:rsidRPr="00037E13" w:rsidR="00BA5AFB">
              <w:rPr>
                <w:rFonts w:ascii="Outfit" w:hAnsi="Outfit"/>
              </w:rPr>
              <w:t>August 2027</w:t>
            </w:r>
          </w:p>
        </w:tc>
      </w:tr>
      <w:tr w:rsidRPr="00037E13" w:rsidR="00404E1D" w:rsidTr="3F4515C2" w14:paraId="378294B5" w14:textId="77777777">
        <w:tc>
          <w:tcPr>
            <w:tcW w:w="1101" w:type="dxa"/>
            <w:tcMar/>
          </w:tcPr>
          <w:p w:rsidRPr="00037E13" w:rsidR="00404E1D" w:rsidP="00037E13" w:rsidRDefault="00BA5AFB" w14:paraId="039975BB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1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31463CE2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M1 Outcome Document</w:t>
            </w:r>
          </w:p>
        </w:tc>
        <w:tc>
          <w:tcPr>
            <w:tcW w:w="4137" w:type="dxa"/>
            <w:tcMar/>
          </w:tcPr>
          <w:p w:rsidRPr="00037E13" w:rsidR="00404E1D" w:rsidP="00037E13" w:rsidRDefault="00777E50" w14:paraId="6E9A7B8C" w14:textId="551DDA16">
            <w:pPr>
              <w:spacing w:line="360" w:lineRule="auto"/>
              <w:rPr>
                <w:rFonts w:ascii="Outfit" w:hAnsi="Outfit"/>
              </w:rPr>
            </w:pPr>
            <w:r>
              <w:rPr>
                <w:rFonts w:ascii="Outfit" w:hAnsi="Outfit"/>
              </w:rPr>
              <w:t>Wednesday 18</w:t>
            </w:r>
            <w:r w:rsidRPr="00777E50">
              <w:rPr>
                <w:rFonts w:ascii="Outfit" w:hAnsi="Outfit"/>
                <w:vertAlign w:val="superscript"/>
              </w:rPr>
              <w:t>th</w:t>
            </w:r>
            <w:r>
              <w:rPr>
                <w:rFonts w:ascii="Outfit" w:hAnsi="Outfit"/>
              </w:rPr>
              <w:t xml:space="preserve"> August </w:t>
            </w:r>
            <w:r w:rsidRPr="00037E13" w:rsidR="00BA5AFB">
              <w:rPr>
                <w:rFonts w:ascii="Outfit" w:hAnsi="Outfit"/>
              </w:rPr>
              <w:t>2027</w:t>
            </w:r>
          </w:p>
        </w:tc>
      </w:tr>
      <w:tr w:rsidRPr="00037E13" w:rsidR="00404E1D" w:rsidTr="3F4515C2" w14:paraId="73F67200" w14:textId="77777777">
        <w:tc>
          <w:tcPr>
            <w:tcW w:w="1101" w:type="dxa"/>
            <w:tcMar/>
          </w:tcPr>
          <w:p w:rsidRPr="00037E13" w:rsidR="00404E1D" w:rsidP="00037E13" w:rsidRDefault="00BA5AFB" w14:paraId="278FBE7E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508BC057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Exam</w:t>
            </w:r>
          </w:p>
        </w:tc>
        <w:tc>
          <w:tcPr>
            <w:tcW w:w="4137" w:type="dxa"/>
            <w:tcMar/>
          </w:tcPr>
          <w:p w:rsidRPr="00037E13" w:rsidR="00404E1D" w:rsidP="00037E13" w:rsidRDefault="008D15E8" w14:paraId="1C5E97E8" w14:textId="3B10C93E">
            <w:pPr>
              <w:spacing w:line="360" w:lineRule="auto"/>
              <w:rPr>
                <w:rFonts w:ascii="Outfit" w:hAnsi="Outfit"/>
              </w:rPr>
            </w:pPr>
            <w:r>
              <w:rPr>
                <w:rFonts w:ascii="Outfit" w:hAnsi="Outfit"/>
              </w:rPr>
              <w:t>Thursday 9</w:t>
            </w:r>
            <w:r w:rsidRPr="008D15E8">
              <w:rPr>
                <w:rFonts w:ascii="Outfit" w:hAnsi="Outfit"/>
                <w:vertAlign w:val="superscript"/>
              </w:rPr>
              <w:t>th</w:t>
            </w:r>
            <w:r>
              <w:rPr>
                <w:rFonts w:ascii="Outfit" w:hAnsi="Outfit"/>
              </w:rPr>
              <w:t xml:space="preserve"> </w:t>
            </w:r>
            <w:r w:rsidRPr="00037E13" w:rsidR="00BA5AFB">
              <w:rPr>
                <w:rFonts w:ascii="Outfit" w:hAnsi="Outfit"/>
              </w:rPr>
              <w:t>September 2027</w:t>
            </w:r>
          </w:p>
        </w:tc>
      </w:tr>
      <w:tr w:rsidRPr="00037E13" w:rsidR="00404E1D" w:rsidTr="3F4515C2" w14:paraId="0B3F27D9" w14:textId="77777777">
        <w:tc>
          <w:tcPr>
            <w:tcW w:w="1101" w:type="dxa"/>
            <w:tcMar/>
          </w:tcPr>
          <w:p w:rsidRPr="00037E13" w:rsidR="00404E1D" w:rsidP="00037E13" w:rsidRDefault="00BA5AFB" w14:paraId="50805838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66C53DAC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Summative Tape</w:t>
            </w:r>
          </w:p>
        </w:tc>
        <w:tc>
          <w:tcPr>
            <w:tcW w:w="4137" w:type="dxa"/>
            <w:tcMar/>
          </w:tcPr>
          <w:p w:rsidRPr="00037E13" w:rsidR="00404E1D" w:rsidP="00037E13" w:rsidRDefault="00BA5AFB" w14:paraId="37DBEDD0" w14:textId="79FC22B9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 xml:space="preserve">Wednesday </w:t>
            </w:r>
            <w:r w:rsidR="00D10238">
              <w:rPr>
                <w:rFonts w:ascii="Outfit" w:hAnsi="Outfit"/>
              </w:rPr>
              <w:t>20</w:t>
            </w:r>
            <w:r w:rsidRPr="00D10238" w:rsidR="00D10238">
              <w:rPr>
                <w:rFonts w:ascii="Outfit" w:hAnsi="Outfit"/>
                <w:vertAlign w:val="superscript"/>
              </w:rPr>
              <w:t>th</w:t>
            </w:r>
            <w:r w:rsidR="00D10238">
              <w:rPr>
                <w:rFonts w:ascii="Outfit" w:hAnsi="Outfit"/>
              </w:rPr>
              <w:t xml:space="preserve"> </w:t>
            </w:r>
            <w:r w:rsidRPr="00037E13">
              <w:rPr>
                <w:rFonts w:ascii="Outfit" w:hAnsi="Outfit"/>
              </w:rPr>
              <w:t>October 2027</w:t>
            </w:r>
          </w:p>
        </w:tc>
      </w:tr>
      <w:tr w:rsidRPr="00037E13" w:rsidR="00404E1D" w:rsidTr="3F4515C2" w14:paraId="1FA19249" w14:textId="77777777">
        <w:tc>
          <w:tcPr>
            <w:tcW w:w="1101" w:type="dxa"/>
            <w:tcMar/>
          </w:tcPr>
          <w:p w:rsidRPr="00037E13" w:rsidR="00404E1D" w:rsidP="00037E13" w:rsidRDefault="00BA5AFB" w14:paraId="10E856CC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2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3C5694F8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M2 Outcome Document</w:t>
            </w:r>
          </w:p>
        </w:tc>
        <w:tc>
          <w:tcPr>
            <w:tcW w:w="4137" w:type="dxa"/>
            <w:tcMar/>
          </w:tcPr>
          <w:p w:rsidRPr="00037E13" w:rsidR="00404E1D" w:rsidP="00037E13" w:rsidRDefault="00F33969" w14:paraId="609DC529" w14:textId="55CBAA21">
            <w:pPr>
              <w:spacing w:line="360" w:lineRule="auto"/>
              <w:rPr>
                <w:rFonts w:ascii="Outfit" w:hAnsi="Outfit"/>
              </w:rPr>
            </w:pPr>
            <w:r w:rsidRPr="3F4515C2" w:rsidR="1F200DB6">
              <w:rPr>
                <w:rFonts w:ascii="Outfit" w:hAnsi="Outfit"/>
              </w:rPr>
              <w:t xml:space="preserve">Tuesday </w:t>
            </w:r>
            <w:r w:rsidRPr="3F4515C2" w:rsidR="2F8E9CAC">
              <w:rPr>
                <w:rFonts w:ascii="Outfit" w:hAnsi="Outfit"/>
              </w:rPr>
              <w:t>16</w:t>
            </w:r>
            <w:r w:rsidRPr="3F4515C2" w:rsidR="1F200DB6">
              <w:rPr>
                <w:rFonts w:ascii="Outfit" w:hAnsi="Outfit"/>
                <w:vertAlign w:val="superscript"/>
              </w:rPr>
              <w:t>th</w:t>
            </w:r>
            <w:r w:rsidRPr="3F4515C2" w:rsidR="1F200DB6">
              <w:rPr>
                <w:rFonts w:ascii="Outfit" w:hAnsi="Outfit"/>
              </w:rPr>
              <w:t xml:space="preserve"> </w:t>
            </w:r>
            <w:r w:rsidRPr="3F4515C2" w:rsidR="64502648">
              <w:rPr>
                <w:rFonts w:ascii="Outfit" w:hAnsi="Outfit"/>
              </w:rPr>
              <w:t xml:space="preserve">November </w:t>
            </w:r>
            <w:r w:rsidRPr="3F4515C2" w:rsidR="6B9ACC77">
              <w:rPr>
                <w:rFonts w:ascii="Outfit" w:hAnsi="Outfit"/>
              </w:rPr>
              <w:t>2027</w:t>
            </w:r>
          </w:p>
        </w:tc>
      </w:tr>
      <w:tr w:rsidRPr="00037E13" w:rsidR="00404E1D" w:rsidTr="3F4515C2" w14:paraId="4AEBE5BB" w14:textId="77777777">
        <w:tc>
          <w:tcPr>
            <w:tcW w:w="1101" w:type="dxa"/>
            <w:tcMar/>
          </w:tcPr>
          <w:p w:rsidRPr="00037E13" w:rsidR="00404E1D" w:rsidP="00037E13" w:rsidRDefault="00BA5AFB" w14:paraId="1475AC93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016A43C5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Reflective Essay</w:t>
            </w:r>
          </w:p>
        </w:tc>
        <w:tc>
          <w:tcPr>
            <w:tcW w:w="4137" w:type="dxa"/>
            <w:tcMar/>
          </w:tcPr>
          <w:p w:rsidRPr="00037E13" w:rsidR="00404E1D" w:rsidP="00037E13" w:rsidRDefault="00CC17FD" w14:paraId="64B6912A" w14:textId="6672EEDC">
            <w:pPr>
              <w:spacing w:line="360" w:lineRule="auto"/>
              <w:rPr>
                <w:rFonts w:ascii="Outfit" w:hAnsi="Outfit"/>
              </w:rPr>
            </w:pPr>
            <w:r w:rsidRPr="3F4515C2" w:rsidR="634141F9">
              <w:rPr>
                <w:rFonts w:ascii="Outfit" w:hAnsi="Outfit"/>
              </w:rPr>
              <w:t>Wednesday 5</w:t>
            </w:r>
            <w:r w:rsidRPr="3F4515C2" w:rsidR="634141F9">
              <w:rPr>
                <w:rFonts w:ascii="Outfit" w:hAnsi="Outfit"/>
                <w:vertAlign w:val="superscript"/>
              </w:rPr>
              <w:t>th</w:t>
            </w:r>
            <w:r w:rsidRPr="3F4515C2" w:rsidR="634141F9">
              <w:rPr>
                <w:rFonts w:ascii="Outfit" w:hAnsi="Outfit"/>
              </w:rPr>
              <w:t xml:space="preserve"> January </w:t>
            </w:r>
            <w:r w:rsidRPr="3F4515C2" w:rsidR="0357EC30">
              <w:rPr>
                <w:rFonts w:ascii="Outfit" w:hAnsi="Outfit"/>
              </w:rPr>
              <w:t>202</w:t>
            </w:r>
            <w:r w:rsidRPr="3F4515C2" w:rsidR="0ED120E4">
              <w:rPr>
                <w:rFonts w:ascii="Outfit" w:hAnsi="Outfit"/>
              </w:rPr>
              <w:t>8</w:t>
            </w:r>
          </w:p>
        </w:tc>
      </w:tr>
      <w:tr w:rsidRPr="00037E13" w:rsidR="00404E1D" w:rsidTr="3F4515C2" w14:paraId="153B3DD0" w14:textId="77777777">
        <w:tc>
          <w:tcPr>
            <w:tcW w:w="1101" w:type="dxa"/>
            <w:tcMar/>
          </w:tcPr>
          <w:p w:rsidRPr="00037E13" w:rsidR="00404E1D" w:rsidP="00037E13" w:rsidRDefault="00BA5AFB" w14:paraId="56D90455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5E882311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Presentation</w:t>
            </w:r>
          </w:p>
        </w:tc>
        <w:tc>
          <w:tcPr>
            <w:tcW w:w="4137" w:type="dxa"/>
            <w:tcMar/>
          </w:tcPr>
          <w:p w:rsidRPr="00037E13" w:rsidR="00404E1D" w:rsidP="00037E13" w:rsidRDefault="00BA5AFB" w14:paraId="27B63C7D" w14:textId="01DD6657">
            <w:pPr>
              <w:spacing w:line="360" w:lineRule="auto"/>
              <w:rPr>
                <w:rFonts w:ascii="Outfit" w:hAnsi="Outfit"/>
              </w:rPr>
            </w:pPr>
            <w:r w:rsidRPr="3F4515C2" w:rsidR="6B9ACC77">
              <w:rPr>
                <w:rFonts w:ascii="Outfit" w:hAnsi="Outfit"/>
              </w:rPr>
              <w:t>T</w:t>
            </w:r>
            <w:r w:rsidRPr="3F4515C2" w:rsidR="239DF279">
              <w:rPr>
                <w:rFonts w:ascii="Outfit" w:hAnsi="Outfit"/>
              </w:rPr>
              <w:t>ue</w:t>
            </w:r>
            <w:r w:rsidRPr="3F4515C2" w:rsidR="6B9ACC77">
              <w:rPr>
                <w:rFonts w:ascii="Outfit" w:hAnsi="Outfit"/>
              </w:rPr>
              <w:t xml:space="preserve">sday </w:t>
            </w:r>
            <w:r w:rsidRPr="3F4515C2" w:rsidR="04BAD798">
              <w:rPr>
                <w:rFonts w:ascii="Outfit" w:hAnsi="Outfit"/>
              </w:rPr>
              <w:t>25</w:t>
            </w:r>
            <w:r w:rsidRPr="3F4515C2" w:rsidR="04BAD798">
              <w:rPr>
                <w:rFonts w:ascii="Outfit" w:hAnsi="Outfit"/>
                <w:vertAlign w:val="superscript"/>
              </w:rPr>
              <w:t>th</w:t>
            </w:r>
            <w:r w:rsidRPr="3F4515C2" w:rsidR="04BAD798">
              <w:rPr>
                <w:rFonts w:ascii="Outfit" w:hAnsi="Outfit"/>
              </w:rPr>
              <w:t xml:space="preserve"> </w:t>
            </w:r>
            <w:r w:rsidRPr="3F4515C2" w:rsidR="6B9ACC77">
              <w:rPr>
                <w:rFonts w:ascii="Outfit" w:hAnsi="Outfit"/>
              </w:rPr>
              <w:t>January 2028</w:t>
            </w:r>
          </w:p>
        </w:tc>
      </w:tr>
      <w:tr w:rsidRPr="00037E13" w:rsidR="00404E1D" w:rsidTr="3F4515C2" w14:paraId="62C18669" w14:textId="77777777">
        <w:tc>
          <w:tcPr>
            <w:tcW w:w="1101" w:type="dxa"/>
            <w:tcMar/>
          </w:tcPr>
          <w:p w:rsidRPr="00037E13" w:rsidR="00404E1D" w:rsidP="00037E13" w:rsidRDefault="00BA5AFB" w14:paraId="1CBF0318" w14:textId="77777777">
            <w:pPr>
              <w:spacing w:line="360" w:lineRule="auto"/>
              <w:jc w:val="center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3</w:t>
            </w:r>
          </w:p>
        </w:tc>
        <w:tc>
          <w:tcPr>
            <w:tcW w:w="3402" w:type="dxa"/>
            <w:tcMar/>
          </w:tcPr>
          <w:p w:rsidRPr="00037E13" w:rsidR="00404E1D" w:rsidP="00037E13" w:rsidRDefault="00BA5AFB" w14:paraId="66E681D7" w14:textId="77777777">
            <w:pPr>
              <w:spacing w:line="360" w:lineRule="auto"/>
              <w:rPr>
                <w:rFonts w:ascii="Outfit" w:hAnsi="Outfit"/>
              </w:rPr>
            </w:pPr>
            <w:r w:rsidRPr="00037E13">
              <w:rPr>
                <w:rFonts w:ascii="Outfit" w:hAnsi="Outfit"/>
              </w:rPr>
              <w:t>M3 Outcome Document</w:t>
            </w:r>
          </w:p>
        </w:tc>
        <w:tc>
          <w:tcPr>
            <w:tcW w:w="4137" w:type="dxa"/>
            <w:tcMar/>
          </w:tcPr>
          <w:p w:rsidRPr="00037E13" w:rsidR="00404E1D" w:rsidP="00037E13" w:rsidRDefault="00BA5AFB" w14:paraId="340FF1F1" w14:textId="17110F5B">
            <w:pPr>
              <w:spacing w:line="360" w:lineRule="auto"/>
              <w:rPr>
                <w:rFonts w:ascii="Outfit" w:hAnsi="Outfit"/>
              </w:rPr>
            </w:pPr>
            <w:r w:rsidRPr="3F4515C2" w:rsidR="6B9ACC77">
              <w:rPr>
                <w:rFonts w:ascii="Outfit" w:hAnsi="Outfit"/>
              </w:rPr>
              <w:t>T</w:t>
            </w:r>
            <w:r w:rsidRPr="3F4515C2" w:rsidR="63813B6A">
              <w:rPr>
                <w:rFonts w:ascii="Outfit" w:hAnsi="Outfit"/>
              </w:rPr>
              <w:t>ue</w:t>
            </w:r>
            <w:r w:rsidRPr="3F4515C2" w:rsidR="6B9ACC77">
              <w:rPr>
                <w:rFonts w:ascii="Outfit" w:hAnsi="Outfit"/>
              </w:rPr>
              <w:t xml:space="preserve">sday </w:t>
            </w:r>
            <w:r w:rsidRPr="3F4515C2" w:rsidR="63813B6A">
              <w:rPr>
                <w:rFonts w:ascii="Outfit" w:hAnsi="Outfit"/>
              </w:rPr>
              <w:t>8</w:t>
            </w:r>
            <w:r w:rsidRPr="3F4515C2" w:rsidR="63813B6A">
              <w:rPr>
                <w:rFonts w:ascii="Outfit" w:hAnsi="Outfit"/>
                <w:vertAlign w:val="superscript"/>
              </w:rPr>
              <w:t>th</w:t>
            </w:r>
            <w:r w:rsidRPr="3F4515C2" w:rsidR="63813B6A">
              <w:rPr>
                <w:rFonts w:ascii="Outfit" w:hAnsi="Outfit"/>
              </w:rPr>
              <w:t xml:space="preserve"> February </w:t>
            </w:r>
            <w:r w:rsidRPr="3F4515C2" w:rsidR="6B9ACC77">
              <w:rPr>
                <w:rFonts w:ascii="Outfit" w:hAnsi="Outfit"/>
              </w:rPr>
              <w:t>2028</w:t>
            </w:r>
          </w:p>
        </w:tc>
      </w:tr>
    </w:tbl>
    <w:p w:rsidRPr="00037E13" w:rsidR="00BA5AFB" w:rsidP="00BA5AFB" w:rsidRDefault="00BA5AFB" w14:paraId="354E5E82" w14:textId="77777777">
      <w:pPr>
        <w:rPr>
          <w:rFonts w:ascii="Outfit" w:hAnsi="Outfit"/>
        </w:rPr>
      </w:pPr>
    </w:p>
    <w:sectPr w:rsidRPr="00037E13" w:rsidR="00000000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53232666">
    <w:abstractNumId w:val="8"/>
  </w:num>
  <w:num w:numId="2" w16cid:durableId="924920459">
    <w:abstractNumId w:val="6"/>
  </w:num>
  <w:num w:numId="3" w16cid:durableId="373701440">
    <w:abstractNumId w:val="5"/>
  </w:num>
  <w:num w:numId="4" w16cid:durableId="241909985">
    <w:abstractNumId w:val="4"/>
  </w:num>
  <w:num w:numId="5" w16cid:durableId="608322216">
    <w:abstractNumId w:val="7"/>
  </w:num>
  <w:num w:numId="6" w16cid:durableId="1475441149">
    <w:abstractNumId w:val="3"/>
  </w:num>
  <w:num w:numId="7" w16cid:durableId="1545949408">
    <w:abstractNumId w:val="2"/>
  </w:num>
  <w:num w:numId="8" w16cid:durableId="210456545">
    <w:abstractNumId w:val="1"/>
  </w:num>
  <w:num w:numId="9" w16cid:durableId="75439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E08"/>
    <w:rsid w:val="00034616"/>
    <w:rsid w:val="00037E13"/>
    <w:rsid w:val="0006063C"/>
    <w:rsid w:val="000E35E2"/>
    <w:rsid w:val="0015074B"/>
    <w:rsid w:val="00207322"/>
    <w:rsid w:val="002527A9"/>
    <w:rsid w:val="0029639D"/>
    <w:rsid w:val="00326F90"/>
    <w:rsid w:val="00404E1D"/>
    <w:rsid w:val="00483019"/>
    <w:rsid w:val="005C3F2A"/>
    <w:rsid w:val="006B3616"/>
    <w:rsid w:val="00717315"/>
    <w:rsid w:val="00750A09"/>
    <w:rsid w:val="00777E50"/>
    <w:rsid w:val="008D15E8"/>
    <w:rsid w:val="00AA1D8D"/>
    <w:rsid w:val="00B47730"/>
    <w:rsid w:val="00BA5AFB"/>
    <w:rsid w:val="00CB0664"/>
    <w:rsid w:val="00CC17FD"/>
    <w:rsid w:val="00D10238"/>
    <w:rsid w:val="00D36200"/>
    <w:rsid w:val="00F013D9"/>
    <w:rsid w:val="00F33969"/>
    <w:rsid w:val="00F63D74"/>
    <w:rsid w:val="00FC693F"/>
    <w:rsid w:val="01F9BA0D"/>
    <w:rsid w:val="022724A6"/>
    <w:rsid w:val="0357EC30"/>
    <w:rsid w:val="04BAD798"/>
    <w:rsid w:val="074E01D3"/>
    <w:rsid w:val="09910B54"/>
    <w:rsid w:val="0ED120E4"/>
    <w:rsid w:val="150FAEBA"/>
    <w:rsid w:val="19D98C66"/>
    <w:rsid w:val="1F200DB6"/>
    <w:rsid w:val="1FE88276"/>
    <w:rsid w:val="239DF279"/>
    <w:rsid w:val="26CB0C63"/>
    <w:rsid w:val="2A92041D"/>
    <w:rsid w:val="2D2AE285"/>
    <w:rsid w:val="2F8E9CAC"/>
    <w:rsid w:val="35FC081F"/>
    <w:rsid w:val="3E814A4E"/>
    <w:rsid w:val="3F4328FD"/>
    <w:rsid w:val="3F4515C2"/>
    <w:rsid w:val="420EAAE2"/>
    <w:rsid w:val="4837496A"/>
    <w:rsid w:val="4B96E4E5"/>
    <w:rsid w:val="4EFEEDA5"/>
    <w:rsid w:val="531FD19B"/>
    <w:rsid w:val="5DBAF3DB"/>
    <w:rsid w:val="5F5331C7"/>
    <w:rsid w:val="634141F9"/>
    <w:rsid w:val="63813B6A"/>
    <w:rsid w:val="64502648"/>
    <w:rsid w:val="6B9ACC77"/>
    <w:rsid w:val="6D6759E4"/>
    <w:rsid w:val="723BDA8A"/>
    <w:rsid w:val="760FF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E040E"/>
  <w14:defaultImageDpi w14:val="300"/>
  <w15:docId w15:val="{717864AE-8A39-4968-B5F8-E15E40B1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1AFB9A057E4A9F14099DF34659BB" ma:contentTypeVersion="12" ma:contentTypeDescription="Create a new document." ma:contentTypeScope="" ma:versionID="a675592aa0615e4ee19da4c4806380ce">
  <xsd:schema xmlns:xsd="http://www.w3.org/2001/XMLSchema" xmlns:xs="http://www.w3.org/2001/XMLSchema" xmlns:p="http://schemas.microsoft.com/office/2006/metadata/properties" xmlns:ns2="0e716bc8-b849-4889-99f3-106f1a731a15" xmlns:ns3="54dfc0cb-bfd2-48f1-818b-508876467e77" targetNamespace="http://schemas.microsoft.com/office/2006/metadata/properties" ma:root="true" ma:fieldsID="36e38feb15a078c39f658ff7b6111e83" ns2:_="" ns3:_="">
    <xsd:import namespace="0e716bc8-b849-4889-99f3-106f1a731a15"/>
    <xsd:import namespace="54dfc0cb-bfd2-48f1-818b-508876467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16bc8-b849-4889-99f3-106f1a731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0d9c037-6ab6-4224-b004-a8bcf22ad6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c0cb-bfd2-48f1-818b-508876467e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0a971d-8156-46c4-81a5-62fc72a11587}" ma:internalName="TaxCatchAll" ma:showField="CatchAllData" ma:web="54dfc0cb-bfd2-48f1-818b-508876467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dfc0cb-bfd2-48f1-818b-508876467e77" xsi:nil="true"/>
    <lcf76f155ced4ddcb4097134ff3c332f xmlns="0e716bc8-b849-4889-99f3-106f1a731a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CB6EB8-94EA-4828-8343-CFD7AE382FD7}"/>
</file>

<file path=customXml/itemProps3.xml><?xml version="1.0" encoding="utf-8"?>
<ds:datastoreItem xmlns:ds="http://schemas.openxmlformats.org/officeDocument/2006/customXml" ds:itemID="{F4B6205B-4DCF-49AD-84E3-98705E6E35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0FEC43-232F-4D77-8F12-5D62BF06E00A}">
  <ds:schemaRefs>
    <ds:schemaRef ds:uri="http://purl.org/dc/elements/1.1/"/>
    <ds:schemaRef ds:uri="http://purl.org/dc/terms/"/>
    <ds:schemaRef ds:uri="5d37f229-accc-4bf0-a0d9-f43716146564"/>
    <ds:schemaRef ds:uri="http://www.w3.org/XML/1998/namespace"/>
    <ds:schemaRef ds:uri="2881ffed-6f2f-4efb-8144-6854f9005e3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McGahey, Sarah</cp:lastModifiedBy>
  <cp:revision>23</cp:revision>
  <dcterms:created xsi:type="dcterms:W3CDTF">2026-02-03T12:24:00Z</dcterms:created>
  <dcterms:modified xsi:type="dcterms:W3CDTF">2026-07-08T12:33:34Z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0x01010000931AFB9A057E4A9F14099DF34659BB</vt:lpwstr>
  </property>
  <property fmtid="{D5CDD505-2E9C-101B-9397-08002B2CF9AE}" pid="3" name="MediaServiceImageTags">
    <vt:lpwstr/>
  </property>
</Properties>
</file>